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96"/>
      </w:tblGrid>
      <w:tr w:rsidR="00D052A0" w:rsidRPr="00233C80" w14:paraId="1F2C57D1" w14:textId="77777777">
        <w:tc>
          <w:tcPr>
            <w:tcW w:w="940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auto" w:fill="17365D"/>
            <w:vAlign w:val="center"/>
          </w:tcPr>
          <w:p w14:paraId="49E2DC5A" w14:textId="77777777" w:rsidR="00D052A0" w:rsidRPr="00233C80" w:rsidRDefault="00000000">
            <w:pPr>
              <w:spacing w:before="160" w:after="160" w:line="240" w:lineRule="auto"/>
              <w:jc w:val="center"/>
              <w:rPr>
                <w:lang w:val="pt-BR"/>
              </w:rPr>
            </w:pPr>
            <w:r w:rsidRPr="00233C80">
              <w:rPr>
                <w:b/>
                <w:color w:val="FFFFFF"/>
                <w:lang w:val="pt-BR"/>
              </w:rPr>
              <w:t>II CONGRESSO INTERNACIONAL DO PPG PROCESSOS DE ENSINO,</w:t>
            </w:r>
            <w:r w:rsidRPr="00233C80">
              <w:rPr>
                <w:lang w:val="pt-BR"/>
              </w:rPr>
              <w:br/>
            </w:r>
            <w:r w:rsidRPr="00233C80">
              <w:rPr>
                <w:b/>
                <w:color w:val="FFFFFF"/>
                <w:lang w:val="pt-BR"/>
              </w:rPr>
              <w:t>GESTÃO E INOVAÇÃO – UNIARA</w:t>
            </w:r>
            <w:r w:rsidRPr="00233C80">
              <w:rPr>
                <w:lang w:val="pt-BR"/>
              </w:rPr>
              <w:br/>
            </w:r>
            <w:r w:rsidRPr="00233C80">
              <w:rPr>
                <w:b/>
                <w:color w:val="FFFFFF"/>
                <w:sz w:val="22"/>
                <w:lang w:val="pt-BR"/>
              </w:rPr>
              <w:t>XIII ENCONTRO DE PESQUISA EM EDUCAÇÃO – ENPE</w:t>
            </w:r>
            <w:r w:rsidRPr="00233C80">
              <w:rPr>
                <w:lang w:val="pt-BR"/>
              </w:rPr>
              <w:br/>
            </w:r>
            <w:r w:rsidRPr="00233C80">
              <w:rPr>
                <w:b/>
                <w:color w:val="FFFFFF"/>
                <w:sz w:val="22"/>
                <w:lang w:val="pt-BR"/>
              </w:rPr>
              <w:t>CICLO DE ESTUDOS EM PEDAGOGIA</w:t>
            </w:r>
          </w:p>
        </w:tc>
      </w:tr>
    </w:tbl>
    <w:p w14:paraId="0331AEB8" w14:textId="77777777" w:rsidR="00D052A0" w:rsidRPr="00233C80" w:rsidRDefault="00000000">
      <w:pPr>
        <w:spacing w:after="240" w:line="240" w:lineRule="auto"/>
        <w:jc w:val="center"/>
        <w:rPr>
          <w:lang w:val="pt-BR"/>
        </w:rPr>
      </w:pPr>
      <w:r w:rsidRPr="00233C80">
        <w:rPr>
          <w:b/>
          <w:i/>
          <w:color w:val="17365D"/>
          <w:sz w:val="22"/>
          <w:lang w:val="pt-BR"/>
        </w:rPr>
        <w:t>Tema: “Educação em Foco: pesquisa, formação e inovação”</w:t>
      </w:r>
    </w:p>
    <w:p w14:paraId="24086864" w14:textId="77777777" w:rsidR="00D052A0" w:rsidRPr="00233C80" w:rsidRDefault="00000000">
      <w:pPr>
        <w:spacing w:line="240" w:lineRule="auto"/>
        <w:jc w:val="center"/>
        <w:rPr>
          <w:lang w:val="pt-BR"/>
        </w:rPr>
      </w:pPr>
      <w:r w:rsidRPr="00233C80">
        <w:rPr>
          <w:b/>
          <w:sz w:val="28"/>
          <w:lang w:val="pt-BR"/>
        </w:rPr>
        <w:t>TÍTULO DO TRABALHO EM LETRAS MAIÚSCULAS</w:t>
      </w:r>
    </w:p>
    <w:p w14:paraId="719989DC" w14:textId="77777777" w:rsidR="00D052A0" w:rsidRPr="00233C80" w:rsidRDefault="00000000">
      <w:pPr>
        <w:spacing w:after="0" w:line="240" w:lineRule="auto"/>
        <w:jc w:val="center"/>
        <w:rPr>
          <w:lang w:val="pt-BR"/>
        </w:rPr>
      </w:pPr>
      <w:r w:rsidRPr="00233C80">
        <w:rPr>
          <w:sz w:val="22"/>
          <w:lang w:val="pt-BR"/>
        </w:rPr>
        <w:t>Nome completo do(a) Autor(a) 1¹</w:t>
      </w:r>
    </w:p>
    <w:p w14:paraId="2A4AC358" w14:textId="77777777" w:rsidR="00D052A0" w:rsidRPr="00233C80" w:rsidRDefault="00000000">
      <w:pPr>
        <w:spacing w:after="0" w:line="240" w:lineRule="auto"/>
        <w:jc w:val="center"/>
        <w:rPr>
          <w:lang w:val="pt-BR"/>
        </w:rPr>
      </w:pPr>
      <w:r w:rsidRPr="00233C80">
        <w:rPr>
          <w:sz w:val="22"/>
          <w:lang w:val="pt-BR"/>
        </w:rPr>
        <w:t>Nome completo do(a) Autor(a) 2²</w:t>
      </w:r>
    </w:p>
    <w:p w14:paraId="1134DBB7" w14:textId="77777777" w:rsidR="00D052A0" w:rsidRPr="00233C80" w:rsidRDefault="00000000">
      <w:pPr>
        <w:spacing w:after="0" w:line="240" w:lineRule="auto"/>
        <w:jc w:val="center"/>
        <w:rPr>
          <w:lang w:val="pt-BR"/>
        </w:rPr>
      </w:pPr>
      <w:r w:rsidRPr="00233C80">
        <w:rPr>
          <w:sz w:val="22"/>
          <w:lang w:val="pt-BR"/>
        </w:rPr>
        <w:t>Nome completo do(a) Professor(a) Orientador(a)³ (quando aplicável)</w:t>
      </w:r>
    </w:p>
    <w:p w14:paraId="33DDBFAB" w14:textId="77777777" w:rsidR="00D052A0" w:rsidRPr="00233C80" w:rsidRDefault="00000000">
      <w:pPr>
        <w:spacing w:line="240" w:lineRule="auto"/>
        <w:jc w:val="center"/>
        <w:rPr>
          <w:lang w:val="pt-BR"/>
        </w:rPr>
      </w:pPr>
      <w:r w:rsidRPr="00233C80">
        <w:rPr>
          <w:i/>
          <w:color w:val="666666"/>
          <w:sz w:val="18"/>
          <w:lang w:val="pt-BR"/>
        </w:rPr>
        <w:t>¹Instituição – e-mail | ²Instituição – e-mail | ³Instituição – e-mail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1A2F09DC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5D0EC1D6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Substitua todos os textos entre colchetes e os dados exemplificativos. Mantenha papel A4, margens de 2,5 cm, fonte Arial 12, espaçamento 1,5 e alinhamento justificado. O título deve permanecer centralizado, em negrito e em letras maiúsculas.</w:t>
            </w:r>
          </w:p>
        </w:tc>
      </w:tr>
    </w:tbl>
    <w:p w14:paraId="1999EB9B" w14:textId="767FF109" w:rsidR="00D052A0" w:rsidRPr="00233C80" w:rsidRDefault="00000000" w:rsidP="00233C80">
      <w:pPr>
        <w:pStyle w:val="Ttulo1"/>
        <w:tabs>
          <w:tab w:val="left" w:pos="7020"/>
        </w:tabs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INTRODUÇÃO</w:t>
      </w:r>
      <w:r w:rsidR="00233C80">
        <w:rPr>
          <w:rFonts w:ascii="Arial" w:hAnsi="Arial"/>
          <w:color w:val="17365D"/>
          <w:sz w:val="24"/>
          <w:lang w:val="pt-BR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5EAD21F5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0F05301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Apresente o tema, a contextualização, o problema ou questão orientadora e a relevância acadêmica, educacional e/ou social.</w:t>
            </w:r>
          </w:p>
        </w:tc>
      </w:tr>
    </w:tbl>
    <w:p w14:paraId="32FC909E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1E44C45C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OBJETIVO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26FC5853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F2DB16C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Declare com clareza o objetivo geral e, quando necessário, os objetivos específicos.</w:t>
            </w:r>
          </w:p>
        </w:tc>
      </w:tr>
    </w:tbl>
    <w:p w14:paraId="39D524B2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40ED9183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FUNDAMENTAÇÃO TEÓRICA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55B17647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74F4280D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Sintetize os principais conceitos, autores e estudos que fundamentam a discussão. Utilize citações conforme as normas vigentes da ABNT.</w:t>
            </w:r>
          </w:p>
        </w:tc>
      </w:tr>
    </w:tbl>
    <w:p w14:paraId="14136FDE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48B7449B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METODOLOGIA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73272C82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39CFC78D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Descreva a abordagem, os procedimentos metodológicos, os participantes ou fontes de dados, os instrumentos de produção/coleta e os procedimentos de análise, quando aplicáveis.</w:t>
            </w:r>
          </w:p>
        </w:tc>
      </w:tr>
    </w:tbl>
    <w:p w14:paraId="40E37196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708952CB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RESULTADOS E DISCUSSÃO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549C7AD3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5F3A24A3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Apresente e discuta os resultados com base na fundamentação teórica. Em pesquisas em andamento, inclua resultados parciais ou elementos de análise que permitam discussão acadêmica.</w:t>
            </w:r>
          </w:p>
        </w:tc>
      </w:tr>
    </w:tbl>
    <w:p w14:paraId="1220C2ED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0DE2C283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lastRenderedPageBreak/>
        <w:t>CONSIDERAÇÕES FINAIS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4FC1FB95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F4CC8D9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Retome os objetivos, destaque conclusões ou resultados parciais e indique as contribuições do trabalho para a área da Educação.</w:t>
            </w:r>
          </w:p>
        </w:tc>
      </w:tr>
    </w:tbl>
    <w:p w14:paraId="5FDD594B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49B78E1A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PALAVRAS-CHAVE</w:t>
      </w:r>
    </w:p>
    <w:p w14:paraId="21D35EF4" w14:textId="77777777" w:rsidR="00D052A0" w:rsidRPr="00233C80" w:rsidRDefault="00000000">
      <w:pPr>
        <w:rPr>
          <w:lang w:val="pt-BR"/>
        </w:rPr>
      </w:pPr>
      <w:r w:rsidRPr="00233C80">
        <w:rPr>
          <w:b/>
          <w:lang w:val="pt-BR"/>
        </w:rPr>
        <w:t xml:space="preserve">Palavras-chave: </w:t>
      </w:r>
      <w:r w:rsidRPr="00233C80">
        <w:rPr>
          <w:color w:val="7F7F7F"/>
          <w:lang w:val="pt-BR"/>
        </w:rPr>
        <w:t xml:space="preserve">[Palavra-chave 1; Palavra-chave 2; Palavra-chave 3.] </w:t>
      </w:r>
      <w:r w:rsidRPr="00233C80">
        <w:rPr>
          <w:i/>
          <w:color w:val="666666"/>
          <w:sz w:val="18"/>
          <w:lang w:val="pt-BR"/>
        </w:rPr>
        <w:t>(Informe de três a cinco palavras-chave, separadas por ponto e vírgula.)</w:t>
      </w:r>
    </w:p>
    <w:p w14:paraId="44EE7282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REFERÊNCIAS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7A8E582E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0AABC417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Inclua apenas as obras efetivamente citadas no texto, em ordem alfabética e conforme as normas vigentes da ABNT. Use alinhamento à esquerda, espaçamento simples dentro de cada referência e uma linha em branco entre elas.</w:t>
            </w:r>
          </w:p>
        </w:tc>
      </w:tr>
    </w:tbl>
    <w:p w14:paraId="41D9D4E5" w14:textId="77777777" w:rsidR="00D052A0" w:rsidRPr="00233C80" w:rsidRDefault="00000000">
      <w:pPr>
        <w:spacing w:after="120" w:line="240" w:lineRule="auto"/>
        <w:jc w:val="left"/>
        <w:rPr>
          <w:lang w:val="pt-BR"/>
        </w:rPr>
      </w:pPr>
      <w:r w:rsidRPr="00233C80">
        <w:rPr>
          <w:color w:val="7F7F7F"/>
          <w:lang w:val="pt-BR"/>
        </w:rPr>
        <w:t>[SOBRENOME, Prenome. Título: subtítulo. Edição. Local: Editora, ano.]</w:t>
      </w:r>
    </w:p>
    <w:p w14:paraId="5CC93C84" w14:textId="77777777" w:rsidR="00D052A0" w:rsidRPr="00233C80" w:rsidRDefault="00000000">
      <w:pPr>
        <w:spacing w:after="120" w:line="240" w:lineRule="auto"/>
        <w:jc w:val="left"/>
        <w:rPr>
          <w:lang w:val="pt-BR"/>
        </w:rPr>
      </w:pPr>
      <w:r w:rsidRPr="00233C80">
        <w:rPr>
          <w:color w:val="7F7F7F"/>
          <w:lang w:val="pt-BR"/>
        </w:rPr>
        <w:t xml:space="preserve">[SOBRENOME, Prenome. Título do artigo. Título do Periódico, local, v. x, n. x, p. </w:t>
      </w:r>
      <w:proofErr w:type="spellStart"/>
      <w:r w:rsidRPr="00233C80">
        <w:rPr>
          <w:color w:val="7F7F7F"/>
          <w:lang w:val="pt-BR"/>
        </w:rPr>
        <w:t>xx-xx</w:t>
      </w:r>
      <w:proofErr w:type="spellEnd"/>
      <w:r w:rsidRPr="00233C80">
        <w:rPr>
          <w:color w:val="7F7F7F"/>
          <w:lang w:val="pt-BR"/>
        </w:rPr>
        <w:t>, ano. DOI/Disponível em: &lt;URL&gt;. Acesso em: dia mês abreviado. ano.]</w:t>
      </w:r>
    </w:p>
    <w:p w14:paraId="2F23804D" w14:textId="77777777" w:rsidR="00D052A0" w:rsidRPr="00233C80" w:rsidRDefault="00000000">
      <w:pPr>
        <w:rPr>
          <w:lang w:val="pt-BR"/>
        </w:rPr>
      </w:pPr>
      <w:r w:rsidRPr="00233C80">
        <w:rPr>
          <w:lang w:val="pt-BR"/>
        </w:rPr>
        <w:br w:type="page"/>
      </w:r>
    </w:p>
    <w:p w14:paraId="7FFDD679" w14:textId="77777777" w:rsidR="00D052A0" w:rsidRPr="00233C80" w:rsidRDefault="00000000">
      <w:pPr>
        <w:spacing w:after="160" w:line="240" w:lineRule="auto"/>
        <w:jc w:val="center"/>
        <w:rPr>
          <w:lang w:val="pt-BR"/>
        </w:rPr>
      </w:pPr>
      <w:r w:rsidRPr="00233C80">
        <w:rPr>
          <w:b/>
          <w:color w:val="17365D"/>
          <w:sz w:val="26"/>
          <w:lang w:val="pt-BR"/>
        </w:rPr>
        <w:lastRenderedPageBreak/>
        <w:t>ESTRUTURA ALTERNATIVA PARA RELATOS DE EXPERIÊNCIA, ESTÁGIO OU EXTENSÃO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20975AA7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819CB41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Use esta estrutura somente quando ela for mais adequada à natureza do trabalho. Para preparar a submissão, mantenha apenas uma estrutura no arquivo e exclua todas as orientações em cinza.</w:t>
            </w:r>
          </w:p>
        </w:tc>
      </w:tr>
    </w:tbl>
    <w:p w14:paraId="697D6A91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CONTEXTUALIZAÇÃO DA EXPERIÊNCIA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1EFA1739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0B6E3BD5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Apresente o contexto, o público envolvido, o local/período e a relevância da experiência.</w:t>
            </w:r>
          </w:p>
        </w:tc>
      </w:tr>
    </w:tbl>
    <w:p w14:paraId="7B59AC10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3A2AD128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OBJETIVOS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737BA45B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17A6C260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Indique o objetivo geral e, quando necessário, os objetivos específicos.</w:t>
            </w:r>
          </w:p>
        </w:tc>
      </w:tr>
    </w:tbl>
    <w:p w14:paraId="695D1BD6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3401C66C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FUNDAMENTAÇÃO TEÓRICA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1F906797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325E35E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Apresente sinteticamente os conceitos e autores que fundamentam a experiência.</w:t>
            </w:r>
          </w:p>
        </w:tc>
      </w:tr>
    </w:tbl>
    <w:p w14:paraId="01E2C88D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743481A4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DESCRIÇÃO DA EXPERIÊNCIA OU DAS AÇÕES DESENVOLVIDAS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49CF0047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1D5E682B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Descreva as etapas, os procedimentos, as estratégias, os recursos e os participantes envolvidos.</w:t>
            </w:r>
          </w:p>
        </w:tc>
      </w:tr>
    </w:tbl>
    <w:p w14:paraId="254A88A6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37690E83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RESULTADOS, APRENDIZAGENS E REFLEXÕES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4C204D92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545E98FF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Analise os resultados alcançados, as aprendizagens, os desafios e as reflexões decorrentes da experiência.</w:t>
            </w:r>
          </w:p>
        </w:tc>
      </w:tr>
    </w:tbl>
    <w:p w14:paraId="0E4CB934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3069A73B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CONSIDERAÇÕES FINAIS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42D1C564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604143C5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Sintetize as contribuições, os limites e os possíveis desdobramentos da experiência.</w:t>
            </w:r>
          </w:p>
        </w:tc>
      </w:tr>
    </w:tbl>
    <w:p w14:paraId="048E6B98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66C246A9" w14:textId="77777777" w:rsidR="00D052A0" w:rsidRPr="00233C80" w:rsidRDefault="00000000">
      <w:pPr>
        <w:pStyle w:val="Ttulo1"/>
        <w:spacing w:before="240" w:after="120"/>
        <w:rPr>
          <w:lang w:val="pt-BR"/>
        </w:rPr>
      </w:pPr>
      <w:r w:rsidRPr="00233C80">
        <w:rPr>
          <w:rFonts w:ascii="Arial" w:hAnsi="Arial"/>
          <w:color w:val="17365D"/>
          <w:sz w:val="24"/>
          <w:lang w:val="pt-BR"/>
        </w:rPr>
        <w:t>REFERÊNCIAS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90"/>
      </w:tblGrid>
      <w:tr w:rsidR="00D052A0" w:rsidRPr="00233C80" w14:paraId="7C965366" w14:textId="77777777">
        <w:tc>
          <w:tcPr>
            <w:tcW w:w="94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</w:tcPr>
          <w:p w14:paraId="461DB42F" w14:textId="77777777" w:rsidR="00D052A0" w:rsidRPr="00233C80" w:rsidRDefault="00000000">
            <w:pPr>
              <w:spacing w:after="0" w:line="240" w:lineRule="auto"/>
              <w:rPr>
                <w:lang w:val="pt-BR"/>
              </w:rPr>
            </w:pPr>
            <w:r w:rsidRPr="00233C80">
              <w:rPr>
                <w:i/>
                <w:color w:val="666666"/>
                <w:sz w:val="18"/>
                <w:lang w:val="pt-BR"/>
              </w:rPr>
              <w:t>ORIENTAÇÃO AO AUTOR: Inclua somente as obras citadas, conforme as normas vigentes da ABNT.</w:t>
            </w:r>
          </w:p>
        </w:tc>
      </w:tr>
    </w:tbl>
    <w:p w14:paraId="2E0A7893" w14:textId="77777777" w:rsidR="00D052A0" w:rsidRPr="00233C80" w:rsidRDefault="00000000">
      <w:pPr>
        <w:spacing w:after="0"/>
        <w:ind w:firstLine="709"/>
        <w:rPr>
          <w:lang w:val="pt-BR"/>
        </w:rPr>
      </w:pPr>
      <w:r w:rsidRPr="00233C80">
        <w:rPr>
          <w:color w:val="7F7F7F"/>
          <w:lang w:val="pt-BR"/>
        </w:rPr>
        <w:t>[Digite o texto desta seção. Exclua esta orientação antes da submissão.]</w:t>
      </w:r>
    </w:p>
    <w:p w14:paraId="62C07771" w14:textId="77777777" w:rsidR="00D052A0" w:rsidRPr="00233C80" w:rsidRDefault="00000000">
      <w:pPr>
        <w:rPr>
          <w:lang w:val="pt-BR"/>
        </w:rPr>
      </w:pPr>
      <w:r w:rsidRPr="00233C80">
        <w:rPr>
          <w:lang w:val="pt-BR"/>
        </w:rPr>
        <w:br w:type="page"/>
      </w:r>
    </w:p>
    <w:p w14:paraId="0CB3144D" w14:textId="77777777" w:rsidR="00D052A0" w:rsidRPr="00233C80" w:rsidRDefault="00000000">
      <w:pPr>
        <w:spacing w:line="240" w:lineRule="auto"/>
        <w:jc w:val="center"/>
        <w:rPr>
          <w:lang w:val="pt-BR"/>
        </w:rPr>
      </w:pPr>
      <w:r w:rsidRPr="00233C80">
        <w:rPr>
          <w:b/>
          <w:color w:val="17365D"/>
          <w:sz w:val="28"/>
          <w:lang w:val="pt-BR"/>
        </w:rPr>
        <w:lastRenderedPageBreak/>
        <w:t>CHECKLIST ANTES DA SUBMISSÃO</w:t>
      </w:r>
    </w:p>
    <w:p w14:paraId="4D1E972D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O trabalho é pertinente ao tema do evento e à mesa temática escolhida.</w:t>
      </w:r>
    </w:p>
    <w:p w14:paraId="299A84F2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O título está em letras maiúsculas, centralizado e em negrito.</w:t>
      </w:r>
    </w:p>
    <w:p w14:paraId="27EB0B76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Autores, instituições, e-mails e orientador(a), quando aplicável, estão identificados.</w:t>
      </w:r>
    </w:p>
    <w:p w14:paraId="7F2375A5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O arquivo está em A4, com margens de 2,5 cm, fonte Arial 12, espaçamento 1,5 e texto justificado.</w:t>
      </w:r>
    </w:p>
    <w:p w14:paraId="0E653B99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Tema, problema, relevância e objetivos estão apresentados com clareza.</w:t>
      </w:r>
    </w:p>
    <w:p w14:paraId="5CAC0B69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A fundamentação teórica e a metodologia estão consistentes e adequadas.</w:t>
      </w:r>
    </w:p>
    <w:p w14:paraId="4F3EA923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 xml:space="preserve">☐ Foram apresentados e discutidos </w:t>
      </w:r>
      <w:proofErr w:type="gramStart"/>
      <w:r w:rsidRPr="00233C80">
        <w:rPr>
          <w:sz w:val="22"/>
          <w:lang w:val="pt-BR"/>
        </w:rPr>
        <w:t>resultados finais</w:t>
      </w:r>
      <w:proofErr w:type="gramEnd"/>
      <w:r w:rsidRPr="00233C80">
        <w:rPr>
          <w:sz w:val="22"/>
          <w:lang w:val="pt-BR"/>
        </w:rPr>
        <w:t xml:space="preserve"> ou parciais.</w:t>
      </w:r>
    </w:p>
    <w:p w14:paraId="31EB966E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Há de três a cinco palavras-chave separadas por ponto e vírgula.</w:t>
      </w:r>
    </w:p>
    <w:p w14:paraId="35F6D753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As citações e referências seguem as normas vigentes da ABNT e todas as fontes citadas constam nas referências.</w:t>
      </w:r>
    </w:p>
    <w:p w14:paraId="59AF4B11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Foram observados os princípios éticos aplicáveis, especialmente em pesquisas com seres humanos.</w:t>
      </w:r>
    </w:p>
    <w:p w14:paraId="34DFA2B1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 xml:space="preserve">☐ Todas as orientações em cinza, </w:t>
      </w:r>
      <w:proofErr w:type="gramStart"/>
      <w:r w:rsidRPr="00233C80">
        <w:rPr>
          <w:sz w:val="22"/>
          <w:lang w:val="pt-BR"/>
        </w:rPr>
        <w:t>os exemplos e as seções não utilizadas</w:t>
      </w:r>
      <w:proofErr w:type="gramEnd"/>
      <w:r w:rsidRPr="00233C80">
        <w:rPr>
          <w:sz w:val="22"/>
          <w:lang w:val="pt-BR"/>
        </w:rPr>
        <w:t xml:space="preserve"> foram excluídos.</w:t>
      </w:r>
    </w:p>
    <w:p w14:paraId="02714023" w14:textId="77777777" w:rsidR="00D052A0" w:rsidRPr="00233C80" w:rsidRDefault="00000000">
      <w:pPr>
        <w:spacing w:after="80" w:line="276" w:lineRule="auto"/>
        <w:ind w:left="227" w:hanging="227"/>
        <w:rPr>
          <w:lang w:val="pt-BR"/>
        </w:rPr>
      </w:pPr>
      <w:r w:rsidRPr="00233C80">
        <w:rPr>
          <w:sz w:val="22"/>
          <w:lang w:val="pt-BR"/>
        </w:rPr>
        <w:t>☐ A redação final foi revisada quanto à clareza, coerência, ortografia e originalidade.</w:t>
      </w:r>
    </w:p>
    <w:sectPr w:rsidR="00D052A0" w:rsidRPr="00233C80" w:rsidSect="00034616">
      <w:headerReference w:type="default" r:id="rId8"/>
      <w:footerReference w:type="default" r:id="rId9"/>
      <w:pgSz w:w="12240" w:h="15840"/>
      <w:pgMar w:top="1417" w:right="1417" w:bottom="1417" w:left="1417" w:header="567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6D68" w14:textId="77777777" w:rsidR="00EC5E07" w:rsidRDefault="00EC5E07">
      <w:pPr>
        <w:spacing w:after="0" w:line="240" w:lineRule="auto"/>
      </w:pPr>
      <w:r>
        <w:separator/>
      </w:r>
    </w:p>
  </w:endnote>
  <w:endnote w:type="continuationSeparator" w:id="0">
    <w:p w14:paraId="4BFFB4B1" w14:textId="77777777" w:rsidR="00EC5E07" w:rsidRDefault="00EC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7E3F" w14:textId="77777777" w:rsidR="00D052A0" w:rsidRPr="00233C80" w:rsidRDefault="00000000">
    <w:pPr>
      <w:pStyle w:val="Rodap"/>
      <w:jc w:val="center"/>
      <w:rPr>
        <w:lang w:val="pt-BR"/>
      </w:rPr>
    </w:pPr>
    <w:proofErr w:type="spellStart"/>
    <w:r w:rsidRPr="00233C80">
      <w:rPr>
        <w:color w:val="666666"/>
        <w:sz w:val="16"/>
        <w:lang w:val="pt-BR"/>
      </w:rPr>
      <w:t>Template</w:t>
    </w:r>
    <w:proofErr w:type="spellEnd"/>
    <w:r w:rsidRPr="00233C80">
      <w:rPr>
        <w:color w:val="666666"/>
        <w:sz w:val="16"/>
        <w:lang w:val="pt-BR"/>
      </w:rPr>
      <w:t xml:space="preserve"> oficial | Página </w:t>
    </w:r>
    <w:r w:rsidRPr="00233C80">
      <w:rPr>
        <w:lang w:val="pt-BR"/>
      </w:rPr>
      <w:fldChar w:fldCharType="begin"/>
    </w:r>
    <w:r w:rsidRPr="00233C80">
      <w:rPr>
        <w:lang w:val="pt-BR"/>
      </w:rPr>
      <w:instrText>PAGE</w:instrText>
    </w:r>
    <w:r w:rsidRPr="00233C80">
      <w:rPr>
        <w:lang w:val="pt-BR"/>
      </w:rPr>
      <w:fldChar w:fldCharType="separate"/>
    </w:r>
    <w:r w:rsidRPr="00233C80">
      <w:rPr>
        <w:lang w:val="pt-BR"/>
      </w:rPr>
      <w:t>1</w:t>
    </w:r>
    <w:r w:rsidRPr="00233C80">
      <w:rPr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D5AB" w14:textId="77777777" w:rsidR="00EC5E07" w:rsidRDefault="00EC5E07">
      <w:pPr>
        <w:spacing w:after="0" w:line="240" w:lineRule="auto"/>
      </w:pPr>
      <w:r>
        <w:separator/>
      </w:r>
    </w:p>
  </w:footnote>
  <w:footnote w:type="continuationSeparator" w:id="0">
    <w:p w14:paraId="4199AD62" w14:textId="77777777" w:rsidR="00EC5E07" w:rsidRDefault="00EC5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DCAA" w14:textId="77777777" w:rsidR="00D052A0" w:rsidRPr="00233C80" w:rsidRDefault="00000000">
    <w:pPr>
      <w:pStyle w:val="Cabealho"/>
      <w:jc w:val="center"/>
      <w:rPr>
        <w:lang w:val="pt-BR"/>
      </w:rPr>
    </w:pPr>
    <w:r w:rsidRPr="00233C80">
      <w:rPr>
        <w:b/>
        <w:color w:val="17365D"/>
        <w:sz w:val="16"/>
        <w:lang w:val="pt-BR"/>
      </w:rPr>
      <w:t>UNIARA | RESUMO EXPANDIDO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4358652">
    <w:abstractNumId w:val="8"/>
  </w:num>
  <w:num w:numId="2" w16cid:durableId="1272394465">
    <w:abstractNumId w:val="6"/>
  </w:num>
  <w:num w:numId="3" w16cid:durableId="976498545">
    <w:abstractNumId w:val="5"/>
  </w:num>
  <w:num w:numId="4" w16cid:durableId="998001561">
    <w:abstractNumId w:val="4"/>
  </w:num>
  <w:num w:numId="5" w16cid:durableId="266012850">
    <w:abstractNumId w:val="7"/>
  </w:num>
  <w:num w:numId="6" w16cid:durableId="1886062212">
    <w:abstractNumId w:val="3"/>
  </w:num>
  <w:num w:numId="7" w16cid:durableId="1667248598">
    <w:abstractNumId w:val="2"/>
  </w:num>
  <w:num w:numId="8" w16cid:durableId="298845749">
    <w:abstractNumId w:val="1"/>
  </w:num>
  <w:num w:numId="9" w16cid:durableId="134894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95A"/>
    <w:rsid w:val="0015074B"/>
    <w:rsid w:val="00233C80"/>
    <w:rsid w:val="0029639D"/>
    <w:rsid w:val="00326F90"/>
    <w:rsid w:val="00AA1D8D"/>
    <w:rsid w:val="00B47730"/>
    <w:rsid w:val="00CB0664"/>
    <w:rsid w:val="00D052A0"/>
    <w:rsid w:val="00EC5E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8562C"/>
  <w14:defaultImageDpi w14:val="300"/>
  <w15:docId w15:val="{550467C4-0916-4EE7-8476-1D213C37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877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de Resumo Expandido – II Congresso Internacional do PPG Processos de Ensino, Gestão e Inovação – UNIARA</dc:title>
  <dc:subject>Template para submissão de resumo expandido</dc:subject>
  <dc:creator>Comissão Organizadora – UNIARA</dc:creator>
  <cp:keywords>resumo expandido; congresso; educação; UNIARA; ENPE</cp:keywords>
  <dc:description>generated by python-docx</dc:description>
  <cp:lastModifiedBy>Mônica Pereira</cp:lastModifiedBy>
  <cp:revision>2</cp:revision>
  <dcterms:created xsi:type="dcterms:W3CDTF">2026-09-01T19:39:00Z</dcterms:created>
  <dcterms:modified xsi:type="dcterms:W3CDTF">2026-09-01T19:39:00Z</dcterms:modified>
  <cp:category/>
</cp:coreProperties>
</file>